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הקריאה: טקסטים, הבנת הנקרא ולשון במסלולים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בסוגות שונות: מידע, סיפור, טיעון, יומן, מכתב וכתבה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שורשים, משפחות מילים ומשקלים בטקסטים אמיתיים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עובדה, השערה ומסורת מקובלת בטקסטי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לשון נוספות כמו מילות קישור, מילות שאלה, פיסוק ושם המספר, ולהתנסות בעבודה עצמאית על טקסט מאתגר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טקסטי מידע וסיפור (יסודי) – הבנה ישירה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רשת של חוטים דקים של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סוכר שהם מייצרים בעלים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גרעין גרפיט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להתרחק מהחלונות ולהיכנס למרחב מוגן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טקסטי מידע וסיפור (יסודי) – לשון ומילות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טקסטי מידע וסיפור (יסודי) – הבנה, הסקה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כשעץ אחד מותקף, אות אזהרה עובר ברשת לעצים השכנים, והם מתחילים להתגונן עוד לפני שהמזיק מגיע אליהם – בדיוק כמו אזעקה שמזהירה מראש.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שכל אחד ידע מיד להתרחק מחלונות ולהגיע למרחב מוגן, בלי בלבול או פחד, וכך להישמר מפציעה.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החסידות עפות לאזורים חמים כי שם יש להן יותר מזון וקל יותר לשרוד את החורף.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– יש לבדוק שתי עובדות מדויקות מתוך הטקסט שנבחר.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טיעון וטקסטים שימושיים (יסודי) – זיהוי ותוכן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האם להביא ארנבון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מגלגלים לכדורים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שלושה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טיעון וטקסטים שימושיים (יסודי) – מבנה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(טקסט טיעון עם שתי עמדות)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(טקסט טיעון עם שלוש סיבות)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(טקסט שימושי – מתכון)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(מכתב התנצלות)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(יומן אישי מתוך מסע)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טיעון וטקסטים שימושיים (יסודי)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נימוק בעד: הארנבון ילמד את הכיתה אחריות ויביא שמחה. נימוק נגד: יש ילדים עם אלרגיות, ומי יטפל בארנבון בסופי שבוע ובחגים.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שלום דני, אני רוצה להתנצל על מה שקרה אתמול בהפסקה.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יומן אישי כתוב בגוף ראשון ומבטא רגשות אישיים של הכותב/ת; כתבה בעיתון כתובה בגוף שלישי ומביאה מידע לקהל רחב, לפעמים עם ראיון.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– יש לכלול שלוש סיבות ברורות ומנומקות, בדומה למבנה הטקסט המקורי (למשל: שיפור חצר המשחקים, הספרייה או חדר האוכל).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טקסטי מידע וטיעון (חט״ב) ומורפולוגיה – מה זכרתם מהטקסטים?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שידברו בו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מחוטים דקיקים של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 תשומת הלב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חוש הריח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סוכר שהעץ מייצר בעליו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טקסטי מידע וטיעון (חט״ב) ומורפולוגיה – שורשים ומשקלים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מִקְטָל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ע-ר-ך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מֶחְקָר (או: חקירה)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תקליט (או: תמליל)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טקסטי מידע וטיעון (חט״ב) ומורפולוגיה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היא דבר שנבדק ואושר במחקר; השערה היא רעיון שעדיין בודקים ועליו יש ויכוח, כמו רעיון "עצי האם".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משפט תקין המכיל מילה מהשורש ש-ר-ש, כגון: שורש, השתרשות, שורשי.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עם שני שורשים נכונים מהטקסט שנבחר, למשל ח-ק-ר – חקירה, חוקר.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מסורת מקובלת היא סיפור שרווח בציבור אך לא תמיד הוכח באופן מלא, ואילו עובדה מבוססת על מידע מאומת – חשוב לא לבלבל ביניהן כשקוראים טקסט מידע.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עולם הנוער והמסכים – זיהוי ושליפה מהטקסטים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שהסלנג מצמצם את אוצר המילים ועובר גם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סימן לחיוניות של שפה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עולם הנוער והמסכים – אוצר מילים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שמקור המילה ביידיש.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מקובל שמקורן בערבית, כפי שצוין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עולם הנוער והמסכים – מילים, מספר ונטייה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עבריות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עולם הנוער והמסכים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(מרהיב)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(מרגש)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(טעים)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(לשון חופשית)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(לשון רשמית)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בלש המילים ומיון סוגות – זיהוי סוגות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דמויות ועלילה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לשכנע בעמדה מסוימת באמצעות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כתיבה בגוף ראשון לפי ימים ותאריכים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בלש המילים ומיון סוגות – בלש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מרחב 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בלש המילים ומיון סוגות – מיון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זהו מכתב – הכתיבה פונה ישירות לאדם מסוים (דני), יש פנייה אישית, והמטרה היא להתנצל.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זהו יומן – כתוב בגוף ראשון, מצוין היום, ומתואר מה קרה לכותב/ת באותו 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זהו טיעון – מוצגות בו שתי עמדות מנוגדות עם נימוקים, בלי להכריע מי צודק.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זהו כתבה בעיתון – מדווחת על אירוע אמיתי; אפשר לצפות גם לציטוט מראיון עם תלמיד ולתאריך האירוע.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מאגר ז׳ מתקדמים ועבודה עצמאית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דברים קטנים נראו גדולים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חדרונים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מאגר ז׳ מתקדמים ועבודה עצמאית – שורשים ושם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2. 1665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מאגר ז׳ מתקדמים ועבודה עצמאית – חשיבה ועבודה 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למשל: יצורים זעירים, חיידקים או תאים קטנים שאי אפשר לראות בעין 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לא היה להם כלי שמגדיל דברים קטנים – חסרה להם עין חזקה מהעין הרגילה כדי לראות את הפרטים הזעירים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כך מבינים את הטעות, חוזרים לטקסט כדי להבין נכון, ולומדים להיות אחראים ללמידה שלכם בעצמכם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משפט תקין שבו מופיעה מילה מהשורש המתאים, למשל: הילד התבונן בעין המיקרוסקופ בסקרנות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סוכר שהם מייצרים בעלים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למצוא מרחב מוגן או להתכופף ליד רהיט יציב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כדי להחזיר את העברית לשפה חיה של יום־יום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זה רעיון מפורסם אך הראיות עדיין מעטות ויש ויכוח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הקוראים מאוכזבים ומפסיקים להאמין לאתר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שהוא סימן לשפה חיה ומשתנה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על חוש הריח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חדרונים (תאים)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מלאה במשפט שלם, מבוססת על הטקסט ולא על ניחוש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עם דוגמה: שורש הוא האותיות החוזרות, משקל הוא התבנית סביבן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נכון: עובדה הוכחה, השערה עוד נבדקת, מסורת מקובלת מסופרת אך לא תמיד מוכחת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החוברת לכמה שיעורים – פרק אחד או שניים בכל פעם, ולא הכול בבת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במסלול התמיכה בלבד ולדלג על שאלות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 פרק מאגר ז׳ מתקדמים כעבודה עצמאית עם כרטיס 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משחקי האתר, בלש המילים ומיון סוגות, כהפסקה פעילה בין הפרקים הכתובים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הקריאה: טקסטים, הבנת הנקרא ולשון במסלולים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טקסטים קצרים לקריאה. קוראים כל טקסט, עונים על השאלות, ובסוף בודקים את התשובות.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מה כתוב בטקסט ולענות על שאלות לפיו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 ארבע אותיות שחוזרות במילים מאותה משפחה, כמו ש־ר־ש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שונות שנבנו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קבועה שבה בונים מילים מן השורש, כמו קטילה או מקטל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שמביא עובדות והסברים על נושא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שמציג עמדה ונימוקים התומכים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 והשערה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היא דבר שהוכח, השערה היא רעיון שעדיין בודקים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כי, לכן, אבל שמחברות בין חלקי 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שמביעה כמות או מספר, כמו שלושה או חמישית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טקסטי מידע וסיפור (יסודי) – הבנה ישירה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בנויה הרשת מתחת ליער?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של חוטים דקים של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צינורות מים מיוחדים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שורשים שגדלים זה לתוך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חוטי 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העצים נותנים לפטריות?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 שהם מייצרים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פעמים בשנה נודדות החסידות?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ממה עשוי החלק הפנימי של העיפרון?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 נוזלי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גרעין גרפיט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חוט מתכת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אבקתי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כשהאדמה רועדת?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החוצה מיד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להתרחק מהחלונות ולהיכנס למרחב מוגן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להתקשר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למרפסת ולצלם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טקסטי מידע וסיפור (יסודי) – לשון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קשה לשתיל לייצר מזון בצל __________ הוא מקבל מעט מאוד אור.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חרקים תקפו עץ אחד ביער, __________ העצים השכנים התחילו להתגונן.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העצים חיים ביער __________ הפטריות בשותפות טובה.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החסידות עפות __________ אפריקה בכל חורף כדי למצוא מזון וחום.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העיפרון נראה פשוט, __________ יש בתוכו המצאה חכמה.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טקסטי מידע וסיפור (יסודי) – הבנה, הסקה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אפשר לכנות את רשת הפטריות ביער 'מערכת התראה'.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שבני המשפחה בבית יידעו מה לעשות ברגע של רעידת אדמה?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שמסביר מדוע החסידות עפות למקום חם בחורף.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אחד מהטקסטים (העצים, האדמה הרועדת, החסידות או העיפרון) וכתבו שתי עובדות חדשות שלמדתם ממנו.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טיעון וטקסטים שימושיים (יסודי) – זיהוי ותוכן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מדבר הטקסט על הארנבון?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האם להביא ארנבון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בונים 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מכינים כדורי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למי כותבים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סיבות יש בטקסט על הגינה?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השלב אחרי הערבוב?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אופים בתנור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מגלגלים לכדורים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שמים במקרר ליום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מוסיפים קמח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חשובה יש במכתב?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ימים מתוארים ביומן?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טיעון וטקסטים שימושיים (יסודי) – מבנה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ארנבון בכיתה – כן או לא?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מכתב התנצלות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גינה בחצר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טיעון עם שתי עמדות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כדורי שוקולד בלי אפייה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יומן אישי מתוך 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המכתב לחבר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 טיעון עם שלוש סיבות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יומן הטיול השנתי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שימושי – מתכון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טיעון וטקסטים שימושיים (יסודי)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נימוק אחד בעד הבאת ארנבון לכיתה ונימוק אחד נגד.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פתיחה למכתב התנצלות לחבר או לחברה.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יומן אישי לכתבה בעיתון? כתבו שני הבדלים.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מקום אחר בבית הספר (לא גינה) וכתבו שלוש סיבות טובות לשפר אותו, בדומה לטקסט 'גינה בחצר בית הספר'.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טקסטי מידע וטיעון (חט״ב) ומורפולוגיה – מה זכרתם מהטקסטים?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בן יהודה רצה שידברו בבית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שידברו בו רק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שידברו בו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שלא ידברו בו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שידברו בו רק 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מחבר בין שורשי העצים?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מחוטים דקיקים של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מצינורות מתכת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משורשים ארוכים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מחוטי 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הכותרות רוצות לקבל מהקוראים?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מקום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תשומת הלב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פרס לעיתונאי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מספר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חוש הכלב משתמש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שמיעתו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חוש הריח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ראייתו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זיכרונו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העץ נותן לפטרייה?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סוכר שהעץ מייצר בעליו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חמצן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טקסטי מידע וטיעון (חט״ב) ומורפולוגיה – שורשים ומשקלים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"מִגְדָּל" בנויה משורש ג-ד-ל במשקל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"עריכה", שם הפעולה במשקל קְטִילָה, נבנתה מהשורש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הקשורה למחקר על היער ונבנית מהשורש ח-ק-ר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בטקסט על בן יהודה מוסבר שבתבנית "תַּקְטִיל" נבנות מילים חדשות; דוגמה למילה כזאת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טקסטי מידע וטיעון (חט״ב) ומורפולוגיה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אחד: מה ההבדל בין "עובדה" ל"השערה" בטקסט על האינטרנט של היער?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אתם משתמשים במילה מהמשפחה של השורש ש-ר-ש, כפי שמופיע בטקסט על היער.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אחד מהטקסטים (בן יהודה / היער / תשומת הלב / כלבי חילוץ) וכתבו שתי דוגמאות לשורש ומשפחת מילים שמופיעים בו.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מדוע חשוב להבחין בין עובדה מדעית לבין מסורת מקובלת, כמו הכינוי "הילד העברי הראשון" בטקסט על בן יהודה?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עולם הנוער והמסכים – זיהוי ושליפה מהטקסטים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חושבים המתנגדים לסלנג?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שהסלנג מצמצם את אוצר המילים ועובר גם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שהסלנג הוא שפה רשמית וחשובה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להשתמש בסלנג בכלל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שהסלנג מופיע רק בספרי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דעת חוקרי השפה על הסלנג?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בעיה שצריך לתקן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לחיוניות של שפה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טעות שעושים רק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זרה שאינה שייכת לעברית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טקסט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עולם הנוער והמסכים – אוצר מילים ושפה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"נודניק" הגיעה לעברית מהיידיש, לפי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המילים "סבבה" ו"אחלה" מקורן באנגלית.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עולם הנוער והמסכים – מילים, מספר ונטייה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הטקסט, הסלנג הוא סימן לשפה __________ ומשתנה.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מילים שאולות כמו "נודניק" ו"אחלה" נכנסות לעברית ונוטות כמו מילים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עולם הנוער והמסכים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לשון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לשון חופשית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בגד לחוף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 לטקס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מרהיב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בלש המילים ומיון סוגות – זיהוי סוגות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העצים שמדברים זה עם זה - זה מידע, סיפור, טיעון או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יש כמעט תמיד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עובדות ונתונים מדעיים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דמויות ועלילה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 דעות וטיעונים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תיאור יום אחרי יום בגוף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כותבים טקסט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 מהנה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בעמדה מסוימת באמצעות נימוקים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מתכון שלב אחר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לדווח על אירוע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כותבים יומן?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כתיבה בגוף ראשון לפי ימים ותאריכים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טיעון עם שני צדדים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 הכנה שלב אחר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ריאיון עם אדם מפורסם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בלש המילים ומיון סוגות – בלש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בטקסט 'העצים שמדברים זה עם זה', מה שהעצים נותנים לפטריות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בטקסט 'מה קורה כשהאדמה רועדת', כשהאדמה רועדת צריך למצוא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'ארנבון בכיתה – כן או לא', מוצגות בו __________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בטקסט 'יומן הטיול השנתי', הטיול נמשך __________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בטקסט 'הפתק שבין הדפים', התעלומה הקטנה מתחילה כשמוצאים פתק בתוך __________ ישן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בלש המילים ומיון סוגות – מיון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'שלום דני, רציתי להתנצל על מה שקרה אתמול בהפסקה'. לאיזו סוגה שייך הקטע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קראו: 'יום שני, בוקר ראשון של הטיול. יצאנו מוקדם לנחל'. לאיזו סוגה שייך הקטע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קראו: 'יש הטוענים שכדאי להביא ארנבון לכיתה, ואחרים חוששים מאלרגיות'. לאיזו סוגה שייך הקטע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קראו: 'התלמידים אספו ספרים ישנים, סידרו מדפים וצבעו קיר'. לאיזו סוגה שייך הקטע, ואילו פרטים נוספים מצפים למצוא בה?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מאגר ז׳ מתקדמים ועבודה עצמאית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שפת המקור של שתי המילים שבנו את שם המיקרוסקופ?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הולנדית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גילו כשחיברו שתי עדשות בתוך צינור?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קטנים נראו גדולים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הזכוכית נשברה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העדשות התחממו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קרה שום דבר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נתן הוק לחללים הקטנים בשעם?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חדרונים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שורשונים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מאגר ז׳ מתקדמים ועבודה עצמאית – שורשים ושם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'מיקרוסקופ' מורכבת משתי מילים __________ שפירושן קטן ולהתבונן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רוברט הוק פרסם את ספרו עם הציורים המדויקים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מאגר ז׳ מתקדמים ועבודה עצמאית – חשיבה ועבודה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 נכון: פרעוש ___ שהשתרע על 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לפני הקריאה התבקשתם לנחש: מה אפשר לראות בטיפת מים מאגם? כתבו ניחוש אחד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מדענים לפני המיקרוסקופ לא הצליחו לענות על שאלות כמו 'ממה עשוי עלה?'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בעבודה העצמאית מתבקשים ללחוץ 'בדקו את עצמכם' ואז לתקן. למה חשוב לתקן בעצמכם ולא רק לבדוק אם צדקתם?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כתבו משפט אחד שבו מופיעה מילה ממשפחת המילים של 'סקופיאו' (להתבונן), למשל 'מתבונן' או 'התבוננות'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העצים נותנים לפטריות?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מן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 שהם מייצרים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אבק פורחת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בזמן רעידת 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החוצה מיד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למצוא מרחב מוגן או להתכופף ליד רהיט יציב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לקפוץ ולצעוק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ולהמשיך במה שעושים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בן יהודה בחר לדבר עברית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להחזיר את העברית לשפה חיה של יום־יום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אסרו עליו שפות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לא ידע שפות נוספות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לזכות בפרס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רעיון עצי האם מוכח לגמרי?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ממצא ודאי ומוכח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רעיון מפורסם אך הראיות עדיין מעטות ויש 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רעיון שהופרך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לכך קשר ליער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כותרת מטעה מזיקה לאתר?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עולה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הקוראים מאוכזבים ומפסיקים להאמין לאתר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אסורה בחוק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קצרה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חושבים החוקרים על 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הורס את השפה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שהוא סימן לשפה חיה ומשתנה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להשתמש בו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זהה תמיד ללשון הרשמית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במה כלב חילוץ משתמש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חוש הריח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איך קרא הוק לחללים הקטנים בשעם?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אטומים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חדרונים (תאים)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גרגרים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לענות על שאלות ההבנה בלי לחזור שוב ושוב לטקסט?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שורש למשקל, ולתת דוגמה משלי?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בעצמי מה ההבדל בין עובדה, השערה ומסורת מקובלת?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הקריאה: טקסטים, הבנת הנקרא ולשון במסלולים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