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הקריאה: טקסטים, הבנת הנקרא ולשון במסלולים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בטקסטי מידע וטיעון ברמות קושי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שורשים, משפחות מילים ומשקלים מתוך טקסטים אותנטיים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עובדה, השערה ומסורת מקובלת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עבודה עצמאית ובדיקה עצמית כהכנה למסלול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טקסטי מידע מדעיים: בין עובדה להשערה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חוטי פטריות דקיקים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סוכר שהעץ מייצר בעלים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חוש 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נבחה בהתלהבות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משחק מחבואים קרוב עם צעצוע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טקסטי מידע מדעיים: בין עובדה להשערה – עובדה או השערה?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מציג זאת כרעיון מעניין שעדיין יש עליו פחות ראיות מן היער, ויש בו ויכוח בין חוקרים.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ממצא שנצפה בפועל בניסויים, ולכן אפשר להציג אותו כעובדה שנבדקה.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מציין רק "זמן רב", בלי לקבוע משך מדויק וזהה לכל כלב.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קובע זאת במפורש כתשובה לשאלה מה החשוב ביותר באימון המשותף.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טקסטי מידע מדעיים: בין עובדה להשערה – מבנה הטקסט וחשיבה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העץ נותן לפטרייה סוכר שהוא מייצר בעלים בעזרת אור השמש. הפטרייה עוזרת לעץ לקלוט מים ומינרלים מן האדמה. שני הצדדים מרוויחים מהשותפות.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בסצנה מושכת את תשומת הלב ויוצרת סקרנות, במקום פתיחה יבשה. אם הסיום חוזר לאותה סצנה או לדמות דומה, נוצר מבנה מסגרת שמחבר בין תחילת הטקסט לסופו ונותן תחושת שלמות.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ממצא: עצים שכנים התחילו לייצר חומרי הגנה אחרי התקפת חרקים על עץ אחד. השערה: עצים ותיקים מעבירים סוכר לשתילים צעירים כדי לעזור להם לגדול בצל.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לא להאמין בטעות שדבר מסוים ודאי לגמרי כשבעצם עדיין חוקרים אותו, ולהישאר פתוחים לכך שהמחקר עשוי להתעדכן בעתיד.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טקסטים על שפה ומילים: תולדות העברית וסלנג – הבנת הנקרא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שפה של ספרים ותפילות בלבד, כמעט בלי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שידברו בו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שהוא מצמצם את אוצר המילים ועובר גם לכתיבה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טקסטים על שפה ומילים: תולדות העברית וסלנג – הבנת הנקרא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המילון הושלם רק אחרי מותו בידי ממשיכיו, כי העבודה הייתה ענקית ונמשכה שנים רבות.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מציג את עמדת החוקרים שהסלנג מעיד על שפה מתפתחת ומשתנה, לא על חולשה.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טקסטים על שפה ומילים: תולדות העברית וסלנג – יישום: יצירת מילים ומקורות הסלנג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יידיש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טקסטים על שפה ומילים: תולדות העברית וסלנג – יישום: מושגים ושלבים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(חלק הבסיס של המילה, כמו 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(התבנית שבה מכניסים את השורש, כמו מִקְטָל)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שדאג לעברית והחליט על מילים 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(לשון יומיומית ולא רשמית)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טקסטי טיעון ומידע מעולם התקשורת והנוער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תשומת הלב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קצרה, ברורה ומעוררת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לחלון ראווה שמה שמוצג בו באמת נמצא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טקסטי טיעון ומידע מעולם התקשורת והנוער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קוראים שנתקלים שוב ושוב בכותרות פיתוי מפסיקים להאמין לאתר ולכותרות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עמדת החוקרים בטקסט, לעומת עמדת המתנגדים הרואים בסלנג איום.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טקסטי טיעון ומידע מעולם התקשורת והנוער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 / כתבת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יידיש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טקסטי טיעון ומידע מעולם התקשורת והנוער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(אוסף/ת מידע וכותב/ת את הכתבה)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(מחליט/ה איך להציג את הסיפור וכותב/ת כותרת)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(כמו חלון ראווה – מה שמובטח נמצא בפנים)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(מבטיחה הרבה אך הכתבה לא מקיימת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(מילים לא רשמיות המשמשות בעיקר בדיבור חופשי)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לשון: שורשים, משקלים ומשפחות מילים – זיהוי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ח-ק-ר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ח-ק-ר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ש-ר-ש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נ-ג-ד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שורשים, משקלים ומשפחות מילים – בניית מילים במשקלים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מִקְטָל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קְטִילָה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לשון: שורשים, משקלים ומשפחות מילים – 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(ח-ק-ר)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(נ-ג-ד)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(ש-ר-ש)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(כ-ת-ר)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(ע-ר-ך)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לשון: שורשים, משקלים ומשפחות מילים – העמקה ביישום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לתפוס שורש, להיקבע במקום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עבודה עצמאית: מאגר ז׳ מתקדמים – הבנת הנקרא: עולם שלם בטיפת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כלי - עין חזקה מעין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משתי מילים יווניות: קטן ולהתבונן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חללים קטנים מסודרים בשורות, כמו חדרים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עין זבוב ועוקץ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התמונה הייתה מטושטשת וההגדלה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עבודה עצמאית: מאגר ז׳ מתקדמים – אוצר מילים ומבנה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סקופיאו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עבודה עצמאית: מאגר ז׳ מתקדמים – התאמה וסדר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(מכשיר המגדיל עצמים קטנים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(המילה שנגזרה משם 'החדרונים' שראה הוק)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(כלי פשוט שהכירו בני האדם לפני המיקרוסקופ)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(מדען אנגלי שפרסם ספר ציורים מהמיקרוסקופ ב-1665)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מחוטים דקיקים של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שידברו בו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סימן לחיוניות של שפה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לחלון ראווה שמה שמוצג בו באמת נמצא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 חוש הריח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רוברט הוק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כותרת שמבטיחה הרבה אך הכתבה לא מקיימת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מצטטת דוגמה מהטקסט למשפט עובדתי ולמשפט של השערה/דעה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שורש נכון ולפחות שתי מילים נוספות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מנוסחת במילים עצמאיות, לא העתקה מהטקסט, וכוללת את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– פרק אחד בכל שיעור, כשהפרק האחרון (מתקדמים) מתאים לעבודה עצמאית או לשיעורי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ממסלול תמיכה ולהתקדם בהדרגה למסלול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לדלג ישר לפרק 5 ולעודד בדיקה עצמית לפי כרטיס ההתקדמות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פרק כדאי לפתוח בשאלה מקדימה או בדיון קצר לפני הקריאה, כפי שמוצע בטיפים של הטקסטים 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הקריאה: טקסטים, הבנת הנקרא ולשון במסלולים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תמצאו טקסטים קצרים בנושאים מגוונים – מדע, שפה ותקשורת. קראו כל טקסט, ענו על השאלות לפי הסדר מהקל לקשה, ובדקו את עצמכם בעזרת כרטיס היציאה בסוף 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טקסטי מידע מדעיים: בין עובדה להשערה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מחבר בין שורשי העצים ביער,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חוטי פטריות דקיקים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שורשים שנוגעים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ענני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שכבת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מקבלת הפטרייה מן העץ בשותפות ביניהם?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מן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 שהעץ מייצר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שמש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מתבסס בעיקר כלב חילוץ כשהוא מחפש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שמיעה חדה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ראייה טובה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תחושת מגע ברגליים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עשתה הכלבה נוגה כשמצאה את המתנדב?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ישבה בשקט לידו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נבחה בהתלהבות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ברחה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שכבה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מתחיל אימון של גור כלב חילוץ,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ריצה ארוכה בשטח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מחבואים קרוב עם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לימוד פקודות קוליות מורכבות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שחייה בבריכה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טקסטי מידע מדעיים: בין עובדה להשערה – עובדה או השערה?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על היער מציג את רעיון "עצי האם" כעובדה מדעית מוכחת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בניסויים שתוארו בטקסט, צמחים שכנים התחילו לייצר חומרי הגנה אחרי שצמח אחד הותקף בידי חרקים.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על כלבי החילוץ, משך האימון זהה וקבוע מראש לכל הכלבים.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בין הכלב לכלבן מתואר בטקסט כחלק החשוב ביותר באימון.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טקסטי מידע מדעיים: בין עובדה להשערה – מבנה הטקסט וחשיבה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מהי השותפות בין העץ לפטרייה? מה כל צד נותן ומה הוא מקבל?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טקסט "גיבורים על ארבע" נפתח בתיאור סצנה מתוך אימון, ולא בהגדרה של כלב חילוץ. מה הקוראים מרוויחים מפתיחה כזו, ואיך זה קשור לסיום הטקסט (מבנה מסגרת)?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בטקסט על היער משפט אחד שמציג ממצא ברור (נצפה בפועל) ומשפט אחד שמציג השערה (עדיין לא ודאי). כתבו את שניהם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חשוב להבחין, כשקוראים טקסט מדעי, בין מה שהוכח במחקר לבין מה שהוא עדיין ניחוש או השערה?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טקסטים על שפה ומילים: תולדות העברית וסלנג – הבנת הנקרא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מצבה של העברית לפני כ-150 שנה, לפי הטקסט על בן-יהודה?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של ספרים ותפילות בלבד, כמעט בלי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מדוברת בכל בית ורחוב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שלא היה לה כתב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שדיברו בה רק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החליט בן-יהודה על הבית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שידברו בו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שידברו בו רק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שלא ידברו בו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שידברו בו גרמנית ועברית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טוענים המתנגדים לשימוש הנרחב בסלנג?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מצמצם את אוצר המילים ועובר גם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עוזר ללמוד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קיים רק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לו שום השפעה על השפה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טקסטים על שפה ומילים: תולדות העברית וסלנג – הבנת הנקרא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בן-יהודה הספיק לסיים את המילון שלו לפני מותו.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 השפה בטקסט רואים בסלנג סימן לחיוניות של שפה חיה.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טקסטים על שפה ומילים: תולדות העברית וסלנג – יישום: יצירת מילים ומקורות הסלנג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מחדשי הלשון יצרו מילה חדשה כשלקחו שורש עתיק והכניסו אותו לתבנית הנקראת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הטקסט, המילה "נודניק" הגיעה לעברית מהשפה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טקסטים על שפה ומילים: תולדות העברית וסלנג – יישום: מושגים ושלבים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לשון יומיומית ולא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שדאג לעברית והחליט על מילים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ועד הלשון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התבנית שבה מכניסים את השורש, כמו מִקְטָל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סלנג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הבסיס של המילה, כמו ש-מ-ר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טקסטי טיעון ומידע מעולם התקשורת והנוער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'נלחמות' הכותרות לפי הטקסט 'הקרב על תשומת הלב'?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מקום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תשומת הלב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הסכמת העורך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 תכונות יש לכותרת טובה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ארוכה, מסובכת ומפתיעה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קצרה, ברורה ומעוררת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משעממת, מדויקת ושקטה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צבעונית, גדולה ומודגשת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משווה הטקסט כותרת מצוינת?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לשלט חוצות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לחלון ראווה שמה שמוצג בו באמת נמצא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לכרזת 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לשער של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טקסטי טיעון ומידע מעולם התקשורת והנוער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פיתוי גורמת לקוראים לבטוח יותר באתר החדשות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'שפת הסלנג', חוקרי השפה רואים בסלנג סימן לשפה חיה ומתפתחת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טקסטי טיעון ומידע מעולם התקשורת והנוער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הטקסט, ה__________ הוא או היא שמביא/ה את הסיפור וכותב/ת את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 'שפת הסלנג', המילה 'נודניק' הגיעה לעברית משפת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טקסטי טיעון ומידע מעולם התקשורת והנוער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מילים לא רשמיות המשמשות בעיקר בדיבור חופשי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עורך/ת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כמו חלון ראווה – מה שמובטח נמצא בפנים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כותרת מדויקת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מבטיחה הרבה אך הכתבה לא מקיימת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כותרת פיתוי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אוסף/ת מידע וכותב/ת את הכתבה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סלנג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מחליט/ה איך להציג את הסיפור וכותב/ת כותרת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לשון: שורשים, משקלים ומשפחות מילים –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'חקירה'?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ח-ק-ר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ח-ק-ה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ק-י-ר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בטקסט על האינטרנט הסודי של היער מופיעה המילה 'מחקר'. מהו השורש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ח-ק-ר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ח-ק-ק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ח-ר-ק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השורש של המילה 'שורשים'?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ש-ר-ש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ר-ש-ש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ש-ר-י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בטקסט על הסלנג מופיעה המילה 'מנגד' (לעומת זאת). מהו השורש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נ-ג-ד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מ-נ-ג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ג-ד-ד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נ-ד-ד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בטקסט 'הקרב על תשומת הלב' מושווים שני שורשים דומים בצליל: כ-ת-ר וכ-ת-ב. איזו מילה שייכת לשורש כ-ת-ר?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לשון: שורשים, משקלים ומשפחות מילים – בניית מילים במשקלים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'מחקר' בנויה מהשורש ח-ק-ר במשקל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'חקירה' בנויה מהשורש ח-ק-ר במשקל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לשון: שורשים, משקלים ומשפחות מילים –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ע-ר-ך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כ-ת-ר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נ-ג-ד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ש-ר-ש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ח-ק-ר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לשון: שורשים, משקלים ומשפחות מילים – העמקה ביישום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מהשורש ש-ר-ש אפשר לבנות גם את הפועל 'להשתרש', שמשמעותו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עבודה עצמאית: מאגר ז׳ מתקדמים – הבנת הנקרא: עולם שלם בטיפת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חסר היה לחוקרים כדי לגלות את היצורים הזעירים שחיים סביבנו?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- עין חזקה מעין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ממה מורכב השם 'מיקרוסקופ'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משתי מילים יווניות: קטן ולהתבונן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משם הממציא ומקום ההמצאה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ממילה לטינית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משתי מילים עבריות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ראה רוברט הוק כשהתבונן בפרוסת שעם דקה?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נוזל זורם בתוך חוטים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חללים קטנים מסודרים בשורות, כמו חדרים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אבק וחול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הפרוסה הייתה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עוד ציורים הופיעו בספרו של הוק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עין זבוב ועוקץ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כוכבים ועננים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ימים והרים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ספינות ומפרשים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המיקרוסקופים הראשונים נחשבו 'כמעט צעצוע'?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היו כבדים מדי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התמונה הייתה מטושטשת וההגדלה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נשברו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היו יקרים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עבודה עצמאית: מאגר ז׳ מתקדמים – אוצר מילים ומבנה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'מיקרוסקופ' נוצרת משילוב של 'מיקרוס' (קטן) ו-__________ (להתבונן)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הוק כינה את החללים שראה בשעם בשם לטיני שפירושו __________, ומכאן נגזרה המילה לתא בגוף החי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עבודה עצמאית: מאגר ז׳ מתקדמים – התאמה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מיקרוסקופ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המילה שנגזרה משם 'החדרונים' שראה הוק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מכשיר המגדיל עצמים קטנים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זכוכית מגדלת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מדען אנגלי שפרסם ספר ציורים מהמיקרוסקופ ב-1665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רוברט הוק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פשוט שהכירו בני האדם לפני המיקרוסקופ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הטקסט על פטריות היער, ממה בנויה הרשת שמתחת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מחוטים דקיקים של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משורשי עצים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מאבנים ומינרלים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מעלים רקובים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החליט אליעזר בן־יהודה על הבית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שידברו בו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שידברו בו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שלא ידברו בו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שידברו בו גרמנית ועברית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רואים חוקרי השפה בשימוש הנרחב בסלנג?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איום על השפה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לחיוניות של שפה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טעות שיש לתקן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זרה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משווה הטקסט 'הקרב על תשומת הלב' כותרת מצוינת?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לשלט פרסומת מזויף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לחלון ראווה שמה שמוצג בו באמת נמצא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ללא 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מתבסס בעיקר כלב חילוץ כשהוא מחפש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שמיעתו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חוש הריח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ראייתו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תחושת הרעב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פרסם ב־1665 ספר ציורים מדויקים ממה שראה במיקרוסקופ?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אלברט איינשטיין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רוברט הוק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לואי פסטר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צ'רלס דרווין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מהי לפי הטקסט 'כותרת פיתוי'?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משעממת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שמבטיחה הרבה אך הכתבה לא מקיימת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קצרה וברורה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ללא פיסוק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להבחין בטקסט בין עובדה לבין השערה או 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שורש ולמצוא לו עוד מילים מאותה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במילים שלי את הרעיון המרכזי של טקסט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הקריאה: טקסטים, הבנת הנקרא ולשון במסלולים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